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להבנת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בניתוח טקסט סיפורי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רצף עלילה, קונפליקט ומסר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של כלי ניתוח על סיפור מוכר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שקורה בסיפור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רגע שבו דמות בוחרת מה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המטרה של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קונפליקט 'אדם מול עצמו'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(סדר האירועים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(בעיה או מאבק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(כלי לבדוק איך דמות מרגישה לאורך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(המקומות שבהם הדמות עוברת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יישום על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לזהות בעיה ברורה בין דמויות או בתוך דמות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משפט כללי שמתחבר לחיים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גוף ראשון, התייחסות לאירוע מהסיפור, שילוב 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בעיה או מאבק בין דמויות או בתוך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עם בחירה ברורה של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כללי שמתחבר לעולם האמיתי, לא רק לדמות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לבחור סיפור משותף לכל הכיתה לפני התרגול, כדי שהדוגמאות יהיו מבוססות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מתמקדת במושג אחד ומציגה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mc, tf ו-fill בלבד ולדלג על המשימות הפתוחות המורכבות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להבנת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הכלים שעוזרים להבין סיפור לעומק: עלילה, דמויות, קונפליקט, מסר ועוד. הכלים האלה מתאימים לכל סיפור שתקראו.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החלטה  ·  מסר  ·  קונפליקט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'עלילה'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מה שקורה בסיפור לפי הסדר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'רגע החלטה'?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הרגע שבו הסיפור מתחיל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רגע שבו דמות בוחרת מה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הרגע שבו הסיפור נגמר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 דמות כולל שם ותכונות של הדמות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קונפליקט יכול להיות גם בתוך דמות אחת, לא רק בין שתי 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של הסיפור הוא הבעיה המרכזית שהדמויות צריכות להתמודד איתה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רגע שבו דמות בוחרת מה לעשות נקרא רגע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הרעיון שהסיפור מלמד אותנו נקרא ה__________ של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לבדוק איך דמות מרגישה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סדר האירועים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המקומות שבהם הדמות עוברת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מפת 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בעיה או מאבק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יישום על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סיפור שקראתם לאחרונה. כתבו מהו הקונפליקט המרכזי בו בשני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שמסכם את המסר של הסיפור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דמות מסיפור שקראתם וכתבו עבורה דף יומן קצר (4-5 משפטים) מהיום החשוב ביותר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קונפליקט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לרגע החלטה מסיפור שקראתם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להבנת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