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רצף עלילה, קונפליקט ומסר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כלי ניתוח על סיפור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 או מאבק בין דמויות או בתוך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רגע שבו דמות בוחרת מה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הרעיון שהסיפור מלמד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שדמות חושבת בתוך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קונפליקט 'אדם מול עצמו'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- יש קשר בין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נקודת מפנה היא רגע של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מסר טוב מתחבר לעולם שמעבר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(סדר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(בעיה או מאבק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לבדוק איך דמות מרגישה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(המקומות שבהם הדמות עוברת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(מחשבות הדמות בתוך עצמה)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לזהות בעיה ברורה בין דמויות או בתוך דמות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לציין רגע ברור ובחירה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משפט כללי שמתחבר לחיים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גוף ראשון, התייחסות לאירוע מהסיפור, שילוב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לבדוק: התאמה לאופי הדמויות, קשר לעלילה המקורית, הסבר קצר מה השתנה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בעיה או מאבק בין דמויות או בתוך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עם בחירה ברורה של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כללי שמתחבר לעולם האמיתי, לא רק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התרגול, כדי שהדוגמאות יהיו מבוססות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במושג אחד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 ולדלג על המשימות הפתוחות המורכבות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שעוזרות להבין סיפור. אפשר להשתמש בהן על כל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שקורה בסיפור, לפי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מריבה בין דמויות, או בתוך דמות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דמות בוחרת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מלמד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מה שקרה למה שגרם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דמות: שם, תכונות ודוגמאות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שדמות חושבת בתוך הראש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הסיפור או הדמות משתנים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'עלילה'?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שקורה בסיפור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התרחשות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מאבק בין דמויות או בתוך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שנמצא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רגע החלטה?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הרגע שבו הסיפור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הרגע שבו הסיפור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שהסיפור מלמד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מונולוג?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בין שתי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שדמות חושבת בתוך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כולל שם ותכונות של הדמות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דמות אחת, לא רק בין שתי 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ותוצאה זה כשאירוע אחד לא קשור לאירוע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מפנה היא רגע שבו שום דבר לא משתנה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מסר של סיפור כמשפט כללי שמתאים גם לחיים האמיתיים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הסיפור הוא הבעיה המרכזית שהדמויות צריכות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רגע שבו דמות בוחרת מה לעשות נקרא רגע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שהסיפור מלמד אותנו נקרא ה__________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כשאירוע אחד גורם לאירוע אחר, זה נקרא __________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תיאור של דמות עם שמה ותכונותיה נקרא __________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הרגע שבו הדמות או הסיפור משתנים משמעותית נקרא נקודת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מחשבות הדמות בתוך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לבדוק איך דמות מרגישה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המקומות שבהם הדמות עוברת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מפת 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 או מאבק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סדר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מהו הקונפליקט המרכזי בו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רגע החלטה אחד מהסיפור שבחרתם, ומה הדמות בחרה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שמסכם את המסר של הסיפור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מסיפור שקראתם וכתבו עבורה דף יומן קצר (4-5 משפטים) מהיום החשוב ביותר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סוף אחר לאותו סיפור (5-6 משפטים) ששומר על אופי הדמויות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לרגע החלטה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שאתם לוקחים מסיפור אהוב עליכם?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להבנת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