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כלים להבנת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בניתוח טקסט סיפורי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רצף עלילה, קונפליקט ומסר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יישום של כלי ניתוח על סיפור מוכר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כל מה שקורה בסיפור לפי הסדר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בעיה או מאבק בין דמויות או בתוך 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רגע שבו דמות בוחרת מה לעשות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הרעיון שהסיפור מלמד אותנו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מה שדמות חושבת בתוך עצמה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המטרה של כרטיס 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קונפליקט 'אדם מול עצמו'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ההפך - יש קשר בין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נקודת מפנה היא רגע של שינוי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מסר טוב מתחבר לעולם שמעבר לסיפור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קונפליקט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החלטה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מפנה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(סדר האירועים בסיפור)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(בעיה או מאבק בסיפור)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(כלי לבדוק איך דמות מרגישה לאורך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(המקומות שבהם הדמות עוברת בסיפור)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(מחשבות הדמות בתוך עצמה)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יישום על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יש לזהות בעיה ברורה בין דמויות או בתוך דמות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- יש לציין רגע ברור ובחירה של הדמות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חופשית - משפט כללי שמתחבר לחיים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לבדוק: גוף ראשון, התייחסות לאירוע מהסיפור, שילוב רגשות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לבדוק: התאמה לאופי הדמויות, קשר לעלילה המקורית, הסבר קצר מה השתנה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בעיה או מאבק בין דמויות או בתוך 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קונקרטית עם בחירה ברורה של 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כללי שמתחבר לעולם האמיתי, לא רק לדמות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לבחור סיפור משותף לכל הכיתה לפני התרגול, כדי שהדוגמאות יהיו מבוססות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לקבוצות, כל קבוצה מתמקדת במושג אחד ומציגה לכיתה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בחלקי mc, tf ו-fill בלבד ולדלג על המשימות הפתוחות המורכבות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כלים להבנת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הכלים שעוזרים להבין סיפור לעומק: עלילה, דמויות, קונפליקט, מסר ועוד. הכלים האלה מתאימים לכל סיפור שתקראו.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'עלילה'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רשימת הדמויות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מה שקורה בסיפור לפי הסדר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מקום התרחשות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קונפליקט בסיפור הוא בעיקר...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תיאור של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בעיה או מאבק בין דמויות או בתוך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אירועים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 שנמצא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'רגע החלטה'?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הרגע שבו הסיפור מתחיל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רגע שבו דמות בוחרת מה לעשות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הרגע שבו הסיפור נגמר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תיאור של מזג האוויר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המסר של 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הסופר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הרעיון שהסיפור מלמד אותנו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העמודים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הדמויות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מונולוג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שיחה בין שתי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שדמות חושבת בתוך עצמה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תיאור של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סוף הסיפור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דמות כולל שם ותכונות של הדמות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קונפליקט יכול להיות גם בתוך דמות אחת, לא רק בין שתי דמויות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סיבה ותוצאה זה כשאירוע אחד לא קשור לאירוע אחר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נקודת מפנה היא רגע שבו שום דבר לא משתנה בסיפור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לכתוב מסר של סיפור כמשפט כללי שמתאים גם לחיים האמיתיים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של הסיפור הוא הבעיה המרכזית שהדמויות צריכות להתמודד איתה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רגע שבו דמות בוחרת מה לעשות נקרא רגע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הרעיון שהסיפור מלמד אותנו נקרא ה__________ של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כשאירוע אחד גורם לאירוע אחר, זה נקרא __________ ותוצאה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תיאור של דמות עם שמה ותכונותיה נקרא __________ 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הרגע שבו הדמות או הסיפור משתנים משמעותית נקרא נקודת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עלילה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כלי לבדוק איך דמות מרגישה לאורך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קונפליקט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מחשבות הדמות בתוך עצמה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מדחום הרגשות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סדר האירועים בסיפור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מפת אירועים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בעיה או מאבק בסיפור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מונולוג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המקומות שבהם הדמות עוברת בסיפור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יישום על 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סיפור שקראתם לאחרונה. כתבו מהו הקונפליקט המרכזי בו בשני משפטים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רגע החלטה אחד מהסיפור שבחרתם, ומה הדמות בחרה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אחד שמסכם את המסר של הסיפור שבחרתם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דמות מסיפור שקראתם וכתבו עבורה דף יומן קצר (4-5 משפטים) מהיום החשוב ביותר בסיפור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סוף אחר לאותו סיפור (5-6 משפטים) ששומר על אופי הדמויות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קונפליקט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לרגע החלטה מסיפור שקראתם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המסר שאתם לוקחים מסיפור אהוב עליכם?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כלים להבנת 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